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58"/>
        <w:gridCol w:w="4272"/>
      </w:tblGrid>
      <w:tr w:rsidR="000D5481" w14:paraId="3FA9E87F" w14:textId="77777777" w:rsidTr="0081564C">
        <w:tc>
          <w:tcPr>
            <w:tcW w:w="7758" w:type="dxa"/>
            <w:tcBorders>
              <w:top w:val="single" w:sz="0" w:space="0" w:color="261751"/>
              <w:left w:val="single" w:sz="0" w:space="0" w:color="261751"/>
              <w:bottom w:val="single" w:sz="0" w:space="0" w:color="261751"/>
              <w:right w:val="single" w:sz="0" w:space="0" w:color="261751"/>
            </w:tcBorders>
            <w:shd w:val="clear" w:color="auto" w:fill="261751"/>
            <w:tcMar>
              <w:top w:w="170" w:type="dxa"/>
              <w:left w:w="240" w:type="dxa"/>
              <w:bottom w:w="170" w:type="dxa"/>
              <w:right w:w="240" w:type="dxa"/>
            </w:tcMar>
            <w:vAlign w:val="center"/>
          </w:tcPr>
          <w:p w14:paraId="61D5FF3E" w14:textId="77777777" w:rsidR="000D5481" w:rsidRDefault="00000000" w:rsidP="00F079C1">
            <w:pPr>
              <w:spacing w:line="240" w:lineRule="auto"/>
            </w:pPr>
            <w:r>
              <w:rPr>
                <w:b/>
                <w:color w:val="FFFFFF"/>
                <w:sz w:val="40"/>
              </w:rPr>
              <w:t>{{DocumentType}}</w:t>
            </w:r>
          </w:p>
          <w:p w14:paraId="69ADE256" w14:textId="77777777" w:rsidR="000D5481" w:rsidRDefault="00000000" w:rsidP="00F079C1">
            <w:pPr>
              <w:spacing w:line="240" w:lineRule="auto"/>
            </w:pPr>
            <w:r>
              <w:rPr>
                <w:color w:val="EAE7F5"/>
                <w:sz w:val="24"/>
              </w:rPr>
              <w:t>{{InvoiceNumber}}</w:t>
            </w:r>
          </w:p>
          <w:p w14:paraId="4ED0DDE6" w14:textId="173C509B" w:rsidR="000D5481" w:rsidRDefault="00000000" w:rsidP="00F079C1">
            <w:pPr>
              <w:spacing w:line="240" w:lineRule="auto"/>
            </w:pPr>
            <w:r>
              <w:rPr>
                <w:color w:val="CFC8E6"/>
                <w:sz w:val="18"/>
              </w:rPr>
              <w:t>Buyer reference: {{BuyerReference}}</w:t>
            </w:r>
          </w:p>
        </w:tc>
        <w:tc>
          <w:tcPr>
            <w:tcW w:w="4272" w:type="dxa"/>
            <w:tcBorders>
              <w:top w:val="single" w:sz="0" w:space="0" w:color="261751"/>
              <w:left w:val="single" w:sz="0" w:space="0" w:color="261751"/>
              <w:bottom w:val="single" w:sz="0" w:space="0" w:color="261751"/>
              <w:right w:val="single" w:sz="0" w:space="0" w:color="261751"/>
            </w:tcBorders>
            <w:shd w:val="clear" w:color="auto" w:fill="261751"/>
            <w:tcMar>
              <w:top w:w="170" w:type="dxa"/>
              <w:left w:w="240" w:type="dxa"/>
              <w:bottom w:w="170" w:type="dxa"/>
              <w:right w:w="240" w:type="dxa"/>
            </w:tcMar>
            <w:vAlign w:val="center"/>
          </w:tcPr>
          <w:p w14:paraId="3DDDA688" w14:textId="77777777" w:rsidR="000D5481" w:rsidRDefault="00000000" w:rsidP="00F079C1">
            <w:pPr>
              <w:spacing w:line="240" w:lineRule="auto"/>
              <w:jc w:val="right"/>
            </w:pPr>
            <w:r>
              <w:rPr>
                <w:b/>
                <w:color w:val="FFFFFF"/>
                <w:sz w:val="19"/>
              </w:rPr>
              <w:t>Date: {{IssueDate}}</w:t>
            </w:r>
          </w:p>
          <w:p w14:paraId="7B4A9169" w14:textId="77777777" w:rsidR="000D5481" w:rsidRDefault="00000000" w:rsidP="00F079C1">
            <w:pPr>
              <w:spacing w:line="240" w:lineRule="auto"/>
              <w:jc w:val="right"/>
            </w:pPr>
            <w:r>
              <w:rPr>
                <w:b/>
                <w:color w:val="FFFFFF"/>
                <w:sz w:val="19"/>
              </w:rPr>
              <w:t>Due Date: {{DueDate}}</w:t>
            </w:r>
          </w:p>
          <w:p w14:paraId="76B95976" w14:textId="77777777" w:rsidR="000D5481" w:rsidRDefault="00000000" w:rsidP="00F079C1">
            <w:pPr>
              <w:spacing w:line="240" w:lineRule="auto"/>
              <w:jc w:val="right"/>
            </w:pPr>
            <w:r>
              <w:rPr>
                <w:b/>
                <w:color w:val="FFFFFF"/>
                <w:sz w:val="19"/>
              </w:rPr>
              <w:t>Currency: {{Currency}}</w:t>
            </w:r>
          </w:p>
        </w:tc>
      </w:tr>
    </w:tbl>
    <w:p w14:paraId="744927E0" w14:textId="77777777" w:rsidR="000D5481" w:rsidRDefault="000D5481">
      <w:pPr>
        <w:spacing w:after="80" w:line="24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50"/>
        <w:gridCol w:w="6120"/>
      </w:tblGrid>
      <w:tr w:rsidR="000D5481" w14:paraId="59FA60E1" w14:textId="77777777" w:rsidTr="004956C9">
        <w:trPr>
          <w:trHeight w:val="1515"/>
        </w:trPr>
        <w:tc>
          <w:tcPr>
            <w:tcW w:w="5850" w:type="dxa"/>
            <w:tcBorders>
              <w:top w:val="single" w:sz="8" w:space="0" w:color="D9D4E8"/>
              <w:left w:val="single" w:sz="8" w:space="0" w:color="D9D4E8"/>
              <w:bottom w:val="single" w:sz="8" w:space="0" w:color="D9D4E8"/>
              <w:right w:val="single" w:sz="8" w:space="0" w:color="D9D4E8"/>
            </w:tcBorders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</w:tcPr>
          <w:p w14:paraId="358BB11D" w14:textId="77777777" w:rsidR="000D5481" w:rsidRDefault="00000000" w:rsidP="00F079C1">
            <w:pPr>
              <w:spacing w:line="240" w:lineRule="auto"/>
            </w:pPr>
            <w:r>
              <w:rPr>
                <w:b/>
                <w:color w:val="261751"/>
                <w:sz w:val="16"/>
              </w:rPr>
              <w:t>FROM</w:t>
            </w:r>
          </w:p>
          <w:p w14:paraId="4B167F60" w14:textId="77777777" w:rsidR="000D5481" w:rsidRDefault="00000000" w:rsidP="00F079C1">
            <w:pPr>
              <w:spacing w:line="240" w:lineRule="auto"/>
            </w:pPr>
            <w:r>
              <w:rPr>
                <w:b/>
                <w:sz w:val="24"/>
              </w:rPr>
              <w:t>{{SupplierName}}</w:t>
            </w:r>
          </w:p>
          <w:p w14:paraId="4B167F61" w14:textId="6097FE42" w:rsidR="000D5481" w:rsidRDefault="00DE6F75" w:rsidP="00F079C1">
            <w:pPr>
              <w:spacing w:line="240" w:lineRule="auto"/>
            </w:pPr>
            <w:r>
              <w:rPr>
                <w:color w:val="536079"/>
                <w:sz w:val="19"/>
              </w:rPr>
              <w:t>Address: {{SupplierAddress}}</w:t>
            </w:r>
          </w:p>
          <w:p w14:paraId="3921578C" w14:textId="77777777" w:rsidR="000D5481" w:rsidRDefault="00000000" w:rsidP="00F079C1">
            <w:pPr>
              <w:spacing w:line="240" w:lineRule="auto"/>
            </w:pPr>
            <w:r>
              <w:rPr>
                <w:color w:val="536079"/>
                <w:sz w:val="19"/>
              </w:rPr>
              <w:t>VAT: {{SupplierVatId}}</w:t>
            </w:r>
          </w:p>
        </w:tc>
        <w:tc>
          <w:tcPr>
            <w:tcW w:w="6120" w:type="dxa"/>
            <w:tcBorders>
              <w:top w:val="single" w:sz="8" w:space="0" w:color="D9D4E8"/>
              <w:left w:val="single" w:sz="8" w:space="0" w:color="D9D4E8"/>
              <w:bottom w:val="single" w:sz="8" w:space="0" w:color="D9D4E8"/>
              <w:right w:val="single" w:sz="8" w:space="0" w:color="D9D4E8"/>
            </w:tcBorders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</w:tcPr>
          <w:p w14:paraId="4F286F40" w14:textId="77777777" w:rsidR="000D5481" w:rsidRDefault="00000000" w:rsidP="00F079C1">
            <w:pPr>
              <w:spacing w:line="240" w:lineRule="auto"/>
            </w:pPr>
            <w:r>
              <w:rPr>
                <w:b/>
                <w:color w:val="261751"/>
                <w:sz w:val="16"/>
              </w:rPr>
              <w:t>BILL TO</w:t>
            </w:r>
          </w:p>
          <w:p w14:paraId="5D40B879" w14:textId="77777777" w:rsidR="000D5481" w:rsidRDefault="00000000" w:rsidP="00F079C1">
            <w:pPr>
              <w:spacing w:line="240" w:lineRule="auto"/>
            </w:pPr>
            <w:r>
              <w:rPr>
                <w:b/>
                <w:sz w:val="24"/>
              </w:rPr>
              <w:t>{{CustomerName}}</w:t>
            </w:r>
          </w:p>
          <w:p w14:paraId="5D40B880" w14:textId="30755522" w:rsidR="000D5481" w:rsidRDefault="00DE6F75" w:rsidP="00F079C1">
            <w:pPr>
              <w:spacing w:line="240" w:lineRule="auto"/>
            </w:pPr>
            <w:r>
              <w:rPr>
                <w:color w:val="536079"/>
                <w:sz w:val="19"/>
              </w:rPr>
              <w:t>Address: {{CustomerAddress}}</w:t>
            </w:r>
          </w:p>
          <w:p w14:paraId="16F1EC13" w14:textId="77777777" w:rsidR="000D5481" w:rsidRDefault="00000000" w:rsidP="00F079C1">
            <w:pPr>
              <w:spacing w:line="240" w:lineRule="auto"/>
            </w:pPr>
            <w:r>
              <w:rPr>
                <w:color w:val="536079"/>
                <w:sz w:val="19"/>
              </w:rPr>
              <w:t>VAT: {{CustomerVatId}}</w:t>
            </w:r>
          </w:p>
        </w:tc>
      </w:tr>
    </w:tbl>
    <w:p w14:paraId="7563789E" w14:textId="77777777" w:rsidR="000D5481" w:rsidRDefault="000D5481">
      <w:pPr>
        <w:spacing w:after="20" w:line="240" w:lineRule="auto"/>
      </w:pPr>
    </w:p>
    <w:p w14:paraId="04174049" w14:textId="45EB52A4" w:rsidR="000D5481" w:rsidRDefault="00000000">
      <w:pPr>
        <w:spacing w:after="0" w:line="240" w:lineRule="auto"/>
      </w:pPr>
      <w:r>
        <w:rPr>
          <w:color w:val="8A93A5"/>
          <w:sz w:val="15"/>
        </w:rPr>
        <w:t>{{#IF ShowContactDetails}}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50"/>
        <w:gridCol w:w="6120"/>
      </w:tblGrid>
      <w:tr w:rsidR="000D5481" w14:paraId="1253EE39" w14:textId="77777777" w:rsidTr="0081564C">
        <w:tc>
          <w:tcPr>
            <w:tcW w:w="5850" w:type="dxa"/>
            <w:tcBorders>
              <w:top w:val="single" w:sz="8" w:space="0" w:color="D9D4E8"/>
              <w:left w:val="single" w:sz="8" w:space="0" w:color="D9D4E8"/>
              <w:bottom w:val="single" w:sz="8" w:space="0" w:color="D9D4E8"/>
              <w:right w:val="single" w:sz="8" w:space="0" w:color="D9D4E8"/>
            </w:tcBorders>
            <w:shd w:val="clear" w:color="auto" w:fill="F5F3FA"/>
            <w:tcMar>
              <w:top w:w="85" w:type="dxa"/>
              <w:left w:w="180" w:type="dxa"/>
              <w:bottom w:w="85" w:type="dxa"/>
              <w:right w:w="180" w:type="dxa"/>
            </w:tcMar>
          </w:tcPr>
          <w:p w14:paraId="0B09DFCE" w14:textId="77777777" w:rsidR="000D5481" w:rsidRDefault="00000000" w:rsidP="00F079C1">
            <w:pPr>
              <w:spacing w:line="240" w:lineRule="auto"/>
            </w:pPr>
            <w:r>
              <w:rPr>
                <w:b/>
                <w:color w:val="261751"/>
                <w:sz w:val="15"/>
              </w:rPr>
              <w:t>SUPPLIER CONTACT</w:t>
            </w:r>
          </w:p>
          <w:p w14:paraId="26EC706C" w14:textId="77777777" w:rsidR="004956C9" w:rsidRDefault="00000000" w:rsidP="00F079C1">
            <w:pPr>
              <w:spacing w:line="240" w:lineRule="auto"/>
              <w:rPr>
                <w:color w:val="536079"/>
                <w:sz w:val="16"/>
              </w:rPr>
            </w:pPr>
            <w:r>
              <w:rPr>
                <w:color w:val="536079"/>
                <w:sz w:val="16"/>
              </w:rPr>
              <w:t>{{SupplierContactName}}</w:t>
            </w:r>
          </w:p>
          <w:p w14:paraId="3EE1D157" w14:textId="77777777" w:rsidR="004956C9" w:rsidRDefault="00000000" w:rsidP="00F079C1">
            <w:pPr>
              <w:spacing w:line="240" w:lineRule="auto"/>
              <w:rPr>
                <w:color w:val="536079"/>
                <w:sz w:val="16"/>
              </w:rPr>
            </w:pPr>
            <w:r>
              <w:rPr>
                <w:color w:val="536079"/>
                <w:sz w:val="16"/>
              </w:rPr>
              <w:t>{{SupplierContactPhone}}</w:t>
            </w:r>
          </w:p>
          <w:p w14:paraId="14DB868E" w14:textId="2BCBA766" w:rsidR="000D5481" w:rsidRDefault="00000000" w:rsidP="00F079C1">
            <w:pPr>
              <w:spacing w:line="240" w:lineRule="auto"/>
            </w:pPr>
            <w:r>
              <w:rPr>
                <w:color w:val="536079"/>
                <w:sz w:val="16"/>
              </w:rPr>
              <w:t>{{SupplierContactEmail}}</w:t>
            </w:r>
          </w:p>
        </w:tc>
        <w:tc>
          <w:tcPr>
            <w:tcW w:w="6120" w:type="dxa"/>
            <w:tcBorders>
              <w:top w:val="single" w:sz="8" w:space="0" w:color="D9D4E8"/>
              <w:left w:val="single" w:sz="8" w:space="0" w:color="D9D4E8"/>
              <w:bottom w:val="single" w:sz="8" w:space="0" w:color="D9D4E8"/>
              <w:right w:val="single" w:sz="8" w:space="0" w:color="D9D4E8"/>
            </w:tcBorders>
            <w:shd w:val="clear" w:color="auto" w:fill="F5F3FA"/>
            <w:tcMar>
              <w:top w:w="85" w:type="dxa"/>
              <w:left w:w="180" w:type="dxa"/>
              <w:bottom w:w="85" w:type="dxa"/>
              <w:right w:w="180" w:type="dxa"/>
            </w:tcMar>
          </w:tcPr>
          <w:p w14:paraId="44C5A936" w14:textId="77777777" w:rsidR="000D5481" w:rsidRDefault="00000000" w:rsidP="00F079C1">
            <w:pPr>
              <w:spacing w:line="240" w:lineRule="auto"/>
            </w:pPr>
            <w:r>
              <w:rPr>
                <w:b/>
                <w:color w:val="261751"/>
                <w:sz w:val="15"/>
              </w:rPr>
              <w:t>CUSTOMER CONTACT</w:t>
            </w:r>
          </w:p>
          <w:p w14:paraId="00E6927B" w14:textId="77777777" w:rsidR="004956C9" w:rsidRDefault="00000000" w:rsidP="00F079C1">
            <w:pPr>
              <w:spacing w:line="240" w:lineRule="auto"/>
              <w:rPr>
                <w:color w:val="536079"/>
                <w:sz w:val="16"/>
              </w:rPr>
            </w:pPr>
            <w:r>
              <w:rPr>
                <w:color w:val="536079"/>
                <w:sz w:val="16"/>
              </w:rPr>
              <w:t>{{CustomerContactName}}</w:t>
            </w:r>
          </w:p>
          <w:p w14:paraId="5C2A166B" w14:textId="77777777" w:rsidR="004956C9" w:rsidRDefault="00000000" w:rsidP="00F079C1">
            <w:pPr>
              <w:spacing w:line="240" w:lineRule="auto"/>
              <w:rPr>
                <w:color w:val="536079"/>
                <w:sz w:val="16"/>
              </w:rPr>
            </w:pPr>
            <w:r>
              <w:rPr>
                <w:color w:val="536079"/>
                <w:sz w:val="16"/>
              </w:rPr>
              <w:t>{{CustomerContactPhone}}</w:t>
            </w:r>
          </w:p>
          <w:p w14:paraId="6DF95C39" w14:textId="6EE82D98" w:rsidR="000D5481" w:rsidRDefault="00000000" w:rsidP="00F079C1">
            <w:pPr>
              <w:spacing w:line="240" w:lineRule="auto"/>
            </w:pPr>
            <w:r>
              <w:rPr>
                <w:color w:val="536079"/>
                <w:sz w:val="16"/>
              </w:rPr>
              <w:t>{{CustomerContactEmail}}</w:t>
            </w:r>
          </w:p>
        </w:tc>
      </w:tr>
    </w:tbl>
    <w:p w14:paraId="38E6A965" w14:textId="77777777" w:rsidR="000D5481" w:rsidRDefault="00000000">
      <w:pPr>
        <w:spacing w:after="60" w:line="240" w:lineRule="auto"/>
        <w:rPr>
          <w:color w:val="8A93A5"/>
          <w:sz w:val="15"/>
        </w:rPr>
      </w:pPr>
      <w:r>
        <w:rPr>
          <w:color w:val="8A93A5"/>
          <w:sz w:val="15"/>
        </w:rPr>
        <w:t>{{#ENDIF ShowContactDetails}}</w:t>
      </w:r>
    </w:p>
    <w:p w14:paraId="2F3C8922" w14:textId="76D6C54C" w:rsidR="00BC4C2F" w:rsidRDefault="00BC4C2F" w:rsidP="00BC4C2F">
      <w:pPr>
        <w:spacing w:after="0" w:line="240" w:lineRule="auto"/>
      </w:pPr>
      <w:r>
        <w:rPr>
          <w:color w:val="8A93A5"/>
          <w:sz w:val="15"/>
        </w:rPr>
        <w:t>{{#IF ShowNote}}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970"/>
      </w:tblGrid>
      <w:tr w:rsidR="000D5481" w14:paraId="0B435B53" w14:textId="77777777" w:rsidTr="0081564C">
        <w:tc>
          <w:tcPr>
            <w:tcW w:w="11970" w:type="dxa"/>
            <w:tcBorders>
              <w:top w:val="single" w:sz="8" w:space="0" w:color="D9D4E8"/>
              <w:left w:val="single" w:sz="8" w:space="0" w:color="D9D4E8"/>
              <w:bottom w:val="single" w:sz="8" w:space="0" w:color="D9D4E8"/>
              <w:right w:val="single" w:sz="8" w:space="0" w:color="D9D4E8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3FD535F" w14:textId="77777777" w:rsidR="000D5481" w:rsidRDefault="00000000">
            <w:r>
              <w:rPr>
                <w:b/>
                <w:color w:val="261751"/>
                <w:sz w:val="16"/>
              </w:rPr>
              <w:t>NOTE</w:t>
            </w:r>
          </w:p>
          <w:p w14:paraId="28742886" w14:textId="77777777" w:rsidR="000D5481" w:rsidRDefault="00000000">
            <w:r>
              <w:rPr>
                <w:color w:val="536079"/>
                <w:sz w:val="18"/>
              </w:rPr>
              <w:t>{{Note}}</w:t>
            </w:r>
          </w:p>
        </w:tc>
      </w:tr>
    </w:tbl>
    <w:p w14:paraId="2BBF2489" w14:textId="4ACCB70B" w:rsidR="00BC4C2F" w:rsidRDefault="00BC4C2F" w:rsidP="00BC4C2F">
      <w:pPr>
        <w:spacing w:after="60" w:line="240" w:lineRule="auto"/>
        <w:rPr>
          <w:color w:val="8A93A5"/>
          <w:sz w:val="15"/>
        </w:rPr>
      </w:pPr>
      <w:r>
        <w:rPr>
          <w:color w:val="8A93A5"/>
          <w:sz w:val="15"/>
        </w:rPr>
        <w:t>{{#ENDIF ShowNote}}</w:t>
      </w:r>
    </w:p>
    <w:p w14:paraId="32132CEF" w14:textId="77777777" w:rsidR="000D5481" w:rsidRDefault="000D5481">
      <w:pPr>
        <w:spacing w:after="60" w:line="240" w:lineRule="auto"/>
      </w:pPr>
    </w:p>
    <w:tbl>
      <w:tblPr>
        <w:tblW w:w="11900" w:type="dxa"/>
        <w:tblLayout w:type="fixed"/>
        <w:tblLook w:val="04A0" w:firstRow="1" w:lastRow="0" w:firstColumn="1" w:lastColumn="0" w:noHBand="0" w:noVBand="1"/>
      </w:tblPr>
      <w:tblGrid>
        <w:gridCol w:w="4360"/>
        <w:gridCol w:w="872"/>
        <w:gridCol w:w="2299"/>
        <w:gridCol w:w="1348"/>
        <w:gridCol w:w="3021"/>
      </w:tblGrid>
      <w:tr w:rsidR="000D5481" w14:paraId="3A0AFA61" w14:textId="77777777" w:rsidTr="0081564C">
        <w:tc>
          <w:tcPr>
            <w:tcW w:w="4360" w:type="dxa"/>
            <w:tcBorders>
              <w:bottom w:val="single" w:sz="8" w:space="0" w:color="D9D4E8"/>
            </w:tcBorders>
            <w:shd w:val="clear" w:color="auto" w:fill="F3F4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24AFA5FE" w14:textId="77777777" w:rsidR="000D5481" w:rsidRDefault="00000000">
            <w:r>
              <w:rPr>
                <w:rFonts w:ascii="Aptos" w:hAnsi="Aptos"/>
                <w:b/>
                <w:sz w:val="18"/>
              </w:rPr>
              <w:t>Description</w:t>
            </w:r>
          </w:p>
        </w:tc>
        <w:tc>
          <w:tcPr>
            <w:tcW w:w="872" w:type="dxa"/>
            <w:tcBorders>
              <w:bottom w:val="single" w:sz="8" w:space="0" w:color="D9D4E8"/>
            </w:tcBorders>
            <w:shd w:val="clear" w:color="auto" w:fill="F3F4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17FBA99" w14:textId="77777777" w:rsidR="000D5481" w:rsidRDefault="00000000">
            <w:pPr>
              <w:jc w:val="right"/>
            </w:pPr>
            <w:r>
              <w:rPr>
                <w:rFonts w:ascii="Aptos" w:hAnsi="Aptos"/>
                <w:b/>
                <w:sz w:val="18"/>
              </w:rPr>
              <w:t>Qty</w:t>
            </w:r>
          </w:p>
        </w:tc>
        <w:tc>
          <w:tcPr>
            <w:tcW w:w="2299" w:type="dxa"/>
            <w:tcBorders>
              <w:bottom w:val="single" w:sz="8" w:space="0" w:color="D9D4E8"/>
            </w:tcBorders>
            <w:shd w:val="clear" w:color="auto" w:fill="F3F4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C263156" w14:textId="77777777" w:rsidR="000D5481" w:rsidRDefault="00000000">
            <w:pPr>
              <w:jc w:val="right"/>
            </w:pPr>
            <w:r>
              <w:rPr>
                <w:rFonts w:ascii="Aptos" w:hAnsi="Aptos"/>
                <w:b/>
                <w:sz w:val="18"/>
              </w:rPr>
              <w:t>Unit Price</w:t>
            </w:r>
          </w:p>
        </w:tc>
        <w:tc>
          <w:tcPr>
            <w:tcW w:w="1348" w:type="dxa"/>
            <w:tcBorders>
              <w:bottom w:val="single" w:sz="8" w:space="0" w:color="D9D4E8"/>
            </w:tcBorders>
            <w:shd w:val="clear" w:color="auto" w:fill="F3F4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03F7B1A" w14:textId="77777777" w:rsidR="000D5481" w:rsidRDefault="00000000">
            <w:pPr>
              <w:jc w:val="right"/>
            </w:pPr>
            <w:r>
              <w:rPr>
                <w:rFonts w:ascii="Aptos" w:hAnsi="Aptos"/>
                <w:b/>
                <w:sz w:val="18"/>
              </w:rPr>
              <w:t>VAT %</w:t>
            </w:r>
          </w:p>
        </w:tc>
        <w:tc>
          <w:tcPr>
            <w:tcW w:w="3021" w:type="dxa"/>
            <w:tcBorders>
              <w:bottom w:val="single" w:sz="8" w:space="0" w:color="D9D4E8"/>
            </w:tcBorders>
            <w:shd w:val="clear" w:color="auto" w:fill="F3F4F8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E623EAB" w14:textId="77777777" w:rsidR="000D5481" w:rsidRDefault="00000000">
            <w:pPr>
              <w:jc w:val="right"/>
            </w:pPr>
            <w:r>
              <w:rPr>
                <w:rFonts w:ascii="Aptos" w:hAnsi="Aptos"/>
                <w:b/>
                <w:sz w:val="18"/>
              </w:rPr>
              <w:t>Amount</w:t>
            </w:r>
          </w:p>
        </w:tc>
      </w:tr>
      <w:tr w:rsidR="000D5481" w14:paraId="4183BE1D" w14:textId="77777777" w:rsidTr="0081564C">
        <w:tc>
          <w:tcPr>
            <w:tcW w:w="4360" w:type="dxa"/>
            <w:tcBorders>
              <w:bottom w:val="single" w:sz="6" w:space="0" w:color="D9D4E8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2343A0F" w14:textId="77777777" w:rsidR="000D5481" w:rsidRDefault="00000000">
            <w:r>
              <w:t>{{InvoiceLines}}</w:t>
            </w:r>
          </w:p>
        </w:tc>
        <w:tc>
          <w:tcPr>
            <w:tcW w:w="872" w:type="dxa"/>
            <w:tcBorders>
              <w:bottom w:val="single" w:sz="6" w:space="0" w:color="D9D4E8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8A4394D" w14:textId="77777777" w:rsidR="000D5481" w:rsidRDefault="000D5481">
            <w:pPr>
              <w:jc w:val="right"/>
            </w:pPr>
          </w:p>
        </w:tc>
        <w:tc>
          <w:tcPr>
            <w:tcW w:w="2299" w:type="dxa"/>
            <w:tcBorders>
              <w:bottom w:val="single" w:sz="6" w:space="0" w:color="D9D4E8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F370F60" w14:textId="77777777" w:rsidR="000D5481" w:rsidRDefault="000D5481">
            <w:pPr>
              <w:jc w:val="right"/>
            </w:pPr>
          </w:p>
        </w:tc>
        <w:tc>
          <w:tcPr>
            <w:tcW w:w="1348" w:type="dxa"/>
            <w:tcBorders>
              <w:bottom w:val="single" w:sz="6" w:space="0" w:color="D9D4E8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4E558587" w14:textId="77777777" w:rsidR="000D5481" w:rsidRDefault="000D5481">
            <w:pPr>
              <w:jc w:val="right"/>
            </w:pPr>
          </w:p>
        </w:tc>
        <w:tc>
          <w:tcPr>
            <w:tcW w:w="3021" w:type="dxa"/>
            <w:tcBorders>
              <w:bottom w:val="single" w:sz="6" w:space="0" w:color="D9D4E8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41F079F7" w14:textId="77777777" w:rsidR="000D5481" w:rsidRDefault="000D5481">
            <w:pPr>
              <w:jc w:val="right"/>
            </w:pPr>
          </w:p>
        </w:tc>
      </w:tr>
    </w:tbl>
    <w:p w14:paraId="7896D377" w14:textId="77777777" w:rsidR="000D5481" w:rsidRDefault="000D5481">
      <w:pPr>
        <w:spacing w:after="60" w:line="24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580"/>
        <w:gridCol w:w="5089"/>
      </w:tblGrid>
      <w:tr w:rsidR="000D5481" w14:paraId="20BEACBC" w14:textId="77777777">
        <w:tc>
          <w:tcPr>
            <w:tcW w:w="658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7B02" w14:textId="77777777" w:rsidR="000D5481" w:rsidRDefault="000D5481" w:rsidP="00F079C1">
            <w:pPr>
              <w:spacing w:line="240" w:lineRule="auto"/>
            </w:pPr>
          </w:p>
        </w:tc>
        <w:tc>
          <w:tcPr>
            <w:tcW w:w="508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AE273" w14:textId="77777777" w:rsidR="000D5481" w:rsidRDefault="000D5481" w:rsidP="00F079C1">
            <w:pPr>
              <w:spacing w:line="240" w:lineRule="auto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3"/>
              <w:gridCol w:w="3186"/>
            </w:tblGrid>
            <w:tr w:rsidR="000D5481" w14:paraId="4C6B520D" w14:textId="77777777">
              <w:tc>
                <w:tcPr>
                  <w:tcW w:w="1903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36FE571B" w14:textId="77777777" w:rsidR="000D5481" w:rsidRDefault="00000000" w:rsidP="00F079C1">
                  <w:pPr>
                    <w:spacing w:line="240" w:lineRule="auto"/>
                  </w:pPr>
                  <w:r>
                    <w:rPr>
                      <w:rFonts w:ascii="Aptos" w:hAnsi="Aptos"/>
                      <w:color w:val="536079"/>
                      <w:sz w:val="18"/>
                    </w:rPr>
                    <w:t>Subtotal</w:t>
                  </w:r>
                </w:p>
              </w:tc>
              <w:tc>
                <w:tcPr>
                  <w:tcW w:w="318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56606E10" w14:textId="77777777" w:rsidR="000D5481" w:rsidRDefault="00000000" w:rsidP="00F079C1">
                  <w:pPr>
                    <w:spacing w:line="240" w:lineRule="auto"/>
                    <w:jc w:val="right"/>
                  </w:pPr>
                  <w:r>
                    <w:rPr>
                      <w:rFonts w:ascii="Aptos" w:hAnsi="Aptos"/>
                      <w:sz w:val="18"/>
                    </w:rPr>
                    <w:t>{{TaxExclusiveAmount}} {{Currency}}</w:t>
                  </w:r>
                </w:p>
              </w:tc>
            </w:tr>
            <w:tr w:rsidR="000D5481" w14:paraId="04CF7CB7" w14:textId="77777777">
              <w:tc>
                <w:tcPr>
                  <w:tcW w:w="1903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4C378853" w14:textId="77777777" w:rsidR="000D5481" w:rsidRDefault="00000000" w:rsidP="00F079C1">
                  <w:pPr>
                    <w:spacing w:line="240" w:lineRule="auto"/>
                  </w:pPr>
                  <w:r>
                    <w:rPr>
                      <w:rFonts w:ascii="Aptos" w:hAnsi="Aptos"/>
                      <w:color w:val="536079"/>
                      <w:sz w:val="18"/>
                    </w:rPr>
                    <w:t>{{VatBreakdown}}</w:t>
                  </w:r>
                </w:p>
              </w:tc>
              <w:tc>
                <w:tcPr>
                  <w:tcW w:w="318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0975BC8F" w14:textId="77777777" w:rsidR="000D5481" w:rsidRDefault="000D5481" w:rsidP="00F079C1">
                  <w:pPr>
                    <w:spacing w:line="240" w:lineRule="auto"/>
                    <w:jc w:val="right"/>
                  </w:pPr>
                </w:p>
              </w:tc>
            </w:tr>
            <w:tr w:rsidR="000D5481" w14:paraId="695E7017" w14:textId="77777777">
              <w:tc>
                <w:tcPr>
                  <w:tcW w:w="1903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26F025E4" w14:textId="77777777" w:rsidR="000D5481" w:rsidRDefault="00000000" w:rsidP="00F079C1">
                  <w:pPr>
                    <w:spacing w:line="240" w:lineRule="auto"/>
                  </w:pPr>
                  <w:r>
                    <w:rPr>
                      <w:rFonts w:ascii="Aptos" w:hAnsi="Aptos"/>
                      <w:color w:val="536079"/>
                      <w:sz w:val="18"/>
                    </w:rPr>
                    <w:t>Prepaid</w:t>
                  </w:r>
                </w:p>
              </w:tc>
              <w:tc>
                <w:tcPr>
                  <w:tcW w:w="318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65EA5226" w14:textId="77777777" w:rsidR="000D5481" w:rsidRDefault="00000000" w:rsidP="00F079C1">
                  <w:pPr>
                    <w:spacing w:line="240" w:lineRule="auto"/>
                    <w:jc w:val="right"/>
                  </w:pPr>
                  <w:r>
                    <w:rPr>
                      <w:rFonts w:ascii="Aptos" w:hAnsi="Aptos"/>
                      <w:sz w:val="18"/>
                    </w:rPr>
                    <w:t>{{PrepaidAmount}} {{Currency}}</w:t>
                  </w:r>
                </w:p>
              </w:tc>
            </w:tr>
            <w:tr w:rsidR="000D5481" w14:paraId="77276765" w14:textId="77777777">
              <w:tc>
                <w:tcPr>
                  <w:tcW w:w="1903" w:type="dxa"/>
                  <w:tcBorders>
                    <w:top w:val="single" w:sz="0" w:space="0" w:color="261751"/>
                    <w:left w:val="single" w:sz="0" w:space="0" w:color="261751"/>
                    <w:bottom w:val="single" w:sz="0" w:space="0" w:color="261751"/>
                    <w:right w:val="single" w:sz="0" w:space="0" w:color="261751"/>
                  </w:tcBorders>
                  <w:shd w:val="clear" w:color="auto" w:fill="261751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66FF1EF6" w14:textId="77777777" w:rsidR="000D5481" w:rsidRDefault="00000000" w:rsidP="00F079C1">
                  <w:pPr>
                    <w:spacing w:line="240" w:lineRule="auto"/>
                  </w:pPr>
                  <w:r>
                    <w:rPr>
                      <w:rFonts w:ascii="Aptos" w:hAnsi="Aptos"/>
                      <w:b/>
                      <w:color w:val="FFFFFF"/>
                      <w:sz w:val="15"/>
                    </w:rPr>
                    <w:t>Total</w:t>
                  </w:r>
                </w:p>
              </w:tc>
              <w:tc>
                <w:tcPr>
                  <w:tcW w:w="3186" w:type="dxa"/>
                  <w:tcBorders>
                    <w:top w:val="single" w:sz="0" w:space="0" w:color="261751"/>
                    <w:left w:val="single" w:sz="0" w:space="0" w:color="261751"/>
                    <w:bottom w:val="single" w:sz="0" w:space="0" w:color="261751"/>
                    <w:right w:val="single" w:sz="0" w:space="0" w:color="261751"/>
                  </w:tcBorders>
                  <w:shd w:val="clear" w:color="auto" w:fill="261751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64539FD4" w14:textId="77777777" w:rsidR="000D5481" w:rsidRDefault="00000000" w:rsidP="00F079C1">
                  <w:pPr>
                    <w:spacing w:line="240" w:lineRule="auto"/>
                    <w:jc w:val="right"/>
                  </w:pPr>
                  <w:r>
                    <w:rPr>
                      <w:rFonts w:ascii="Aptos" w:hAnsi="Aptos"/>
                      <w:b/>
                      <w:color w:val="FFFFFF"/>
                      <w:sz w:val="15"/>
                    </w:rPr>
                    <w:t>{{PayableAmount}} {{Currency}}</w:t>
                  </w:r>
                </w:p>
              </w:tc>
            </w:tr>
          </w:tbl>
          <w:p w14:paraId="3DB696A9" w14:textId="77777777" w:rsidR="000D5481" w:rsidRDefault="000D5481" w:rsidP="00F079C1">
            <w:pPr>
              <w:spacing w:line="240" w:lineRule="auto"/>
            </w:pPr>
          </w:p>
        </w:tc>
      </w:tr>
    </w:tbl>
    <w:p w14:paraId="10574D5D" w14:textId="71B2A737" w:rsidR="0081564C" w:rsidRPr="0081564C" w:rsidRDefault="0081564C" w:rsidP="0081564C">
      <w:pPr>
        <w:tabs>
          <w:tab w:val="left" w:pos="4800"/>
        </w:tabs>
      </w:pPr>
    </w:p>
    <w:sectPr w:rsidR="0081564C" w:rsidRPr="0081564C" w:rsidSect="004956C9">
      <w:footerReference w:type="default" r:id="rId8"/>
      <w:pgSz w:w="11909" w:h="16834"/>
      <w:pgMar w:top="0" w:right="120" w:bottom="120" w:left="1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D45D" w14:textId="77777777" w:rsidR="000041F6" w:rsidRDefault="000041F6">
      <w:pPr>
        <w:spacing w:after="0" w:line="240" w:lineRule="auto"/>
      </w:pPr>
      <w:r>
        <w:separator/>
      </w:r>
    </w:p>
  </w:endnote>
  <w:endnote w:type="continuationSeparator" w:id="0">
    <w:p w14:paraId="32266A1A" w14:textId="77777777" w:rsidR="000041F6" w:rsidRDefault="0000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78BD" w14:textId="77777777" w:rsidR="000D5481" w:rsidRDefault="000D5481">
    <w:pPr>
      <w:pStyle w:val="Footer"/>
    </w:pPr>
  </w:p>
  <w:tbl>
    <w:tblPr>
      <w:tblW w:w="11910" w:type="dxa"/>
      <w:tblLook w:val="04A0" w:firstRow="1" w:lastRow="0" w:firstColumn="1" w:lastColumn="0" w:noHBand="0" w:noVBand="1"/>
    </w:tblPr>
    <w:tblGrid>
      <w:gridCol w:w="5834"/>
      <w:gridCol w:w="6076"/>
    </w:tblGrid>
    <w:tr w:rsidR="000D5481" w14:paraId="56884AF2" w14:textId="77777777" w:rsidTr="004956C9">
      <w:tc>
        <w:tcPr>
          <w:tcW w:w="5834" w:type="dxa"/>
          <w:tcBorders>
            <w:top w:val="single" w:sz="6" w:space="0" w:color="D9D4E8"/>
            <w:left w:val="single" w:sz="6" w:space="0" w:color="D9D4E8"/>
            <w:bottom w:val="single" w:sz="6" w:space="0" w:color="D9D4E8"/>
            <w:right w:val="single" w:sz="6" w:space="0" w:color="D9D4E8"/>
          </w:tcBorders>
          <w:shd w:val="clear" w:color="auto" w:fill="F5F3FA"/>
          <w:tcMar>
            <w:top w:w="55" w:type="dxa"/>
            <w:left w:w="120" w:type="dxa"/>
            <w:bottom w:w="55" w:type="dxa"/>
            <w:right w:w="120" w:type="dxa"/>
          </w:tcMar>
        </w:tcPr>
        <w:p w14:paraId="1E2BB717" w14:textId="77777777" w:rsidR="000D5481" w:rsidRDefault="00000000">
          <w:r>
            <w:rPr>
              <w:rFonts w:ascii="Aptos" w:hAnsi="Aptos"/>
              <w:b/>
              <w:color w:val="261751"/>
              <w:sz w:val="14"/>
            </w:rPr>
            <w:t>PAYMENT DETAILS</w:t>
          </w:r>
        </w:p>
      </w:tc>
      <w:tc>
        <w:tcPr>
          <w:tcW w:w="6076" w:type="dxa"/>
          <w:tcBorders>
            <w:top w:val="single" w:sz="6" w:space="0" w:color="D9D4E8"/>
            <w:left w:val="single" w:sz="6" w:space="0" w:color="D9D4E8"/>
            <w:bottom w:val="single" w:sz="6" w:space="0" w:color="D9D4E8"/>
            <w:right w:val="single" w:sz="6" w:space="0" w:color="D9D4E8"/>
          </w:tcBorders>
          <w:shd w:val="clear" w:color="auto" w:fill="F5F3FA"/>
          <w:tcMar>
            <w:top w:w="55" w:type="dxa"/>
            <w:left w:w="120" w:type="dxa"/>
            <w:bottom w:w="55" w:type="dxa"/>
            <w:right w:w="120" w:type="dxa"/>
          </w:tcMar>
        </w:tcPr>
        <w:p w14:paraId="0E1BAB53" w14:textId="77777777" w:rsidR="000D5481" w:rsidRDefault="00000000">
          <w:r>
            <w:rPr>
              <w:rFonts w:ascii="Aptos" w:hAnsi="Aptos"/>
              <w:b/>
              <w:color w:val="261751"/>
              <w:sz w:val="14"/>
            </w:rPr>
            <w:t>ACCOUNT</w:t>
          </w:r>
        </w:p>
      </w:tc>
    </w:tr>
    <w:tr w:rsidR="000D5481" w14:paraId="5FAE1740" w14:textId="77777777" w:rsidTr="004956C9">
      <w:tc>
        <w:tcPr>
          <w:tcW w:w="5834" w:type="dxa"/>
          <w:tcBorders>
            <w:top w:val="single" w:sz="6" w:space="0" w:color="D9D4E8"/>
            <w:left w:val="single" w:sz="6" w:space="0" w:color="D9D4E8"/>
            <w:bottom w:val="single" w:sz="6" w:space="0" w:color="D9D4E8"/>
            <w:right w:val="single" w:sz="6" w:space="0" w:color="D9D4E8"/>
          </w:tcBorders>
          <w:shd w:val="clear" w:color="auto" w:fill="F5F3FA"/>
          <w:tcMar>
            <w:top w:w="55" w:type="dxa"/>
            <w:left w:w="120" w:type="dxa"/>
            <w:bottom w:w="55" w:type="dxa"/>
            <w:right w:w="120" w:type="dxa"/>
          </w:tcMar>
        </w:tcPr>
        <w:p w14:paraId="45AFFDCE" w14:textId="77777777" w:rsidR="000D5481" w:rsidRDefault="00000000">
          <w:r>
            <w:rPr>
              <w:rFonts w:ascii="Aptos" w:hAnsi="Aptos"/>
              <w:sz w:val="14"/>
            </w:rPr>
            <w:t>IBAN: {{PayeeIBAN}}</w:t>
          </w:r>
        </w:p>
      </w:tc>
      <w:tc>
        <w:tcPr>
          <w:tcW w:w="6076" w:type="dxa"/>
          <w:tcBorders>
            <w:top w:val="single" w:sz="6" w:space="0" w:color="D9D4E8"/>
            <w:left w:val="single" w:sz="6" w:space="0" w:color="D9D4E8"/>
            <w:bottom w:val="single" w:sz="6" w:space="0" w:color="D9D4E8"/>
            <w:right w:val="single" w:sz="6" w:space="0" w:color="D9D4E8"/>
          </w:tcBorders>
          <w:shd w:val="clear" w:color="auto" w:fill="F5F3FA"/>
          <w:tcMar>
            <w:top w:w="55" w:type="dxa"/>
            <w:left w:w="120" w:type="dxa"/>
            <w:bottom w:w="55" w:type="dxa"/>
            <w:right w:w="120" w:type="dxa"/>
          </w:tcMar>
        </w:tcPr>
        <w:p w14:paraId="0BA8A427" w14:textId="77777777" w:rsidR="000D5481" w:rsidRDefault="00000000">
          <w:r>
            <w:rPr>
              <w:rFonts w:ascii="Aptos" w:hAnsi="Aptos"/>
              <w:sz w:val="14"/>
            </w:rPr>
            <w:t>{{PayeeAccountName}}</w:t>
          </w:r>
        </w:p>
      </w:tc>
    </w:tr>
  </w:tbl>
  <w:p w14:paraId="34BEDD19" w14:textId="4ADAA40E" w:rsidR="000D5481" w:rsidRDefault="00000000">
    <w:pPr>
      <w:jc w:val="center"/>
    </w:pPr>
    <w:r>
      <w:rPr>
        <w:color w:val="8A93A5"/>
        <w:sz w:val="14"/>
      </w:rPr>
      <w:t>{{InvoiceNumber}}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4E5F" w14:textId="77777777" w:rsidR="000041F6" w:rsidRDefault="000041F6">
      <w:pPr>
        <w:spacing w:after="0" w:line="240" w:lineRule="auto"/>
      </w:pPr>
      <w:r>
        <w:separator/>
      </w:r>
    </w:p>
  </w:footnote>
  <w:footnote w:type="continuationSeparator" w:id="0">
    <w:p w14:paraId="35D804BC" w14:textId="77777777" w:rsidR="000041F6" w:rsidRDefault="00004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5615060">
    <w:abstractNumId w:val="8"/>
  </w:num>
  <w:num w:numId="2" w16cid:durableId="532420332">
    <w:abstractNumId w:val="6"/>
  </w:num>
  <w:num w:numId="3" w16cid:durableId="281151455">
    <w:abstractNumId w:val="5"/>
  </w:num>
  <w:num w:numId="4" w16cid:durableId="1346248402">
    <w:abstractNumId w:val="4"/>
  </w:num>
  <w:num w:numId="5" w16cid:durableId="2108649407">
    <w:abstractNumId w:val="7"/>
  </w:num>
  <w:num w:numId="6" w16cid:durableId="203324624">
    <w:abstractNumId w:val="3"/>
  </w:num>
  <w:num w:numId="7" w16cid:durableId="1762414667">
    <w:abstractNumId w:val="2"/>
  </w:num>
  <w:num w:numId="8" w16cid:durableId="852115132">
    <w:abstractNumId w:val="1"/>
  </w:num>
  <w:num w:numId="9" w16cid:durableId="45606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1F6"/>
    <w:rsid w:val="000074A0"/>
    <w:rsid w:val="00034616"/>
    <w:rsid w:val="0006063C"/>
    <w:rsid w:val="000D5481"/>
    <w:rsid w:val="0015074B"/>
    <w:rsid w:val="001E6FF0"/>
    <w:rsid w:val="00250963"/>
    <w:rsid w:val="0029639D"/>
    <w:rsid w:val="00326F90"/>
    <w:rsid w:val="0037703A"/>
    <w:rsid w:val="004956C9"/>
    <w:rsid w:val="004D087D"/>
    <w:rsid w:val="00502870"/>
    <w:rsid w:val="00513845"/>
    <w:rsid w:val="005163AA"/>
    <w:rsid w:val="0062736D"/>
    <w:rsid w:val="0063778F"/>
    <w:rsid w:val="0081564C"/>
    <w:rsid w:val="008C68DB"/>
    <w:rsid w:val="00A069D5"/>
    <w:rsid w:val="00AA1D8D"/>
    <w:rsid w:val="00B47730"/>
    <w:rsid w:val="00BC4C2F"/>
    <w:rsid w:val="00CB0664"/>
    <w:rsid w:val="00DA2DD1"/>
    <w:rsid w:val="00DE6F75"/>
    <w:rsid w:val="00E12EBB"/>
    <w:rsid w:val="00E74FC5"/>
    <w:rsid w:val="00EE4726"/>
    <w:rsid w:val="00F079C1"/>
    <w:rsid w:val="00FC693F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35273E"/>
  <w14:defaultImageDpi w14:val="300"/>
  <w15:docId w15:val="{302DF388-6CB7-4261-BED0-42A1C249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11182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Paulius Petkus</cp:lastModifiedBy>
  <cp:revision>10</cp:revision>
  <dcterms:created xsi:type="dcterms:W3CDTF">2013-12-23T23:15:00Z</dcterms:created>
  <dcterms:modified xsi:type="dcterms:W3CDTF">2026-05-18T10:26:00Z</dcterms:modified>
  <cp:category/>
</cp:coreProperties>
</file>