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0" w:after="240"/>
      </w:pPr>
      <w:r>
        <w:rPr>
          <w:rFonts w:ascii="Arial" w:hAnsi="Arial"/>
          <w:b/>
          <w:i w:val="0"/>
          <w:color w:val="575B62"/>
          <w:sz w:val="48"/>
        </w:rPr>
        <w:t>PROJEKTDOKUMENTATION</w:t>
        <w:br/>
      </w:r>
      <w:r>
        <w:rPr>
          <w:rFonts w:ascii="Arial" w:hAnsi="Arial"/>
          <w:b/>
          <w:i w:val="0"/>
          <w:color w:val="575B62"/>
          <w:sz w:val="48"/>
        </w:rPr>
        <w:t>VORLAGE FÜR PROJEKTBESPRECHUNGEN</w:t>
      </w:r>
    </w:p>
    <w:p>
      <w:pPr>
        <w:pStyle w:val="Heading1"/>
        <w:keepNext/>
        <w:spacing w:before="160" w:after="60"/>
      </w:pPr>
      <w:r>
        <w:rPr>
          <w:rFonts w:ascii="Arial" w:hAnsi="Arial"/>
          <w:b w:val="0"/>
          <w:i w:val="0"/>
          <w:color w:val="3164FF"/>
          <w:sz w:val="33"/>
        </w:rPr>
        <w:t>1. BESPRECHUNGSDETAILS</w:t>
      </w:r>
    </w:p>
    <w:tbl>
      <w:tblPr>
        <w:tblStyle w:val="TableGrid"/>
        <w:tblW w:type="dxa" w:w="104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800"/>
        <w:gridCol w:w="4800"/>
        <w:gridCol w:w="1400"/>
        <w:gridCol w:w="1400"/>
      </w:tblGrid>
      <w:tr>
        <w:trPr>
          <w:trHeight w:val="547" w:hRule="atLeast"/>
          <w:tblHeader w:val="true"/>
        </w:trPr>
        <w:tc>
          <w:tcPr>
            <w:tcW w:type="dxa" w:w="2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DATUM</w:t>
            </w:r>
          </w:p>
        </w:tc>
        <w:tc>
          <w:tcPr>
            <w:tcW w:type="dxa" w:w="4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ORT</w:t>
            </w:r>
          </w:p>
        </w:tc>
        <w:tc>
          <w:tcPr>
            <w:tcW w:type="dxa" w:w="14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BEGINN</w:t>
            </w:r>
          </w:p>
        </w:tc>
        <w:tc>
          <w:tcPr>
            <w:tcW w:type="dxa" w:w="14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ENDE</w:t>
            </w:r>
          </w:p>
        </w:tc>
      </w:tr>
      <w:tr>
        <w:trPr>
          <w:trHeight w:val="547" w:hRule="atLeast"/>
        </w:trPr>
        <w:tc>
          <w:tcPr>
            <w:tcW w:type="dxa" w:w="2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4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4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4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</w:tbl>
    <w:p>
      <w:pPr>
        <w:spacing w:before="0" w:after="0" w:line="100" w:lineRule="exact"/>
      </w:pPr>
      <w:r/>
    </w:p>
    <w:p>
      <w:pPr>
        <w:spacing w:after="60"/>
      </w:pPr>
      <w:r>
        <w:rPr>
          <w:rFonts w:ascii="Arial" w:hAnsi="Arial"/>
          <w:b/>
          <w:i w:val="0"/>
          <w:color w:val="1F2937"/>
          <w:sz w:val="20"/>
        </w:rPr>
        <w:t>TEILNEHMENDE</w:t>
      </w:r>
    </w:p>
    <w:tbl>
      <w:tblPr>
        <w:tblStyle w:val="TableGrid"/>
        <w:tblW w:type="dxa" w:w="104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300"/>
        <w:gridCol w:w="5100"/>
      </w:tblGrid>
      <w:tr>
        <w:trPr>
          <w:trHeight w:val="547" w:hRule="atLeast"/>
          <w:tblHeader w:val="true"/>
        </w:trPr>
        <w:tc>
          <w:tcPr>
            <w:tcW w:type="dxa" w:w="53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NAME</w:t>
            </w:r>
          </w:p>
        </w:tc>
        <w:tc>
          <w:tcPr>
            <w:tcW w:type="dxa" w:w="51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ROLLE / FUNKTION</w:t>
            </w:r>
          </w:p>
        </w:tc>
      </w:tr>
      <w:tr>
        <w:trPr>
          <w:trHeight w:val="490" w:hRule="atLeast"/>
        </w:trPr>
        <w:tc>
          <w:tcPr>
            <w:tcW w:type="dxa" w:w="53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51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490" w:hRule="atLeast"/>
        </w:trPr>
        <w:tc>
          <w:tcPr>
            <w:tcW w:type="dxa" w:w="53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51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490" w:hRule="atLeast"/>
        </w:trPr>
        <w:tc>
          <w:tcPr>
            <w:tcW w:type="dxa" w:w="53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51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490" w:hRule="atLeast"/>
        </w:trPr>
        <w:tc>
          <w:tcPr>
            <w:tcW w:type="dxa" w:w="53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51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</w:tbl>
    <w:p>
      <w:pPr>
        <w:pStyle w:val="Heading1"/>
        <w:keepNext/>
        <w:spacing w:before="160" w:after="60"/>
      </w:pPr>
      <w:r>
        <w:rPr>
          <w:rFonts w:ascii="Arial" w:hAnsi="Arial"/>
          <w:b w:val="0"/>
          <w:i w:val="0"/>
          <w:color w:val="3164FF"/>
          <w:sz w:val="33"/>
        </w:rPr>
        <w:t>2. TAGESORDNUNG</w:t>
      </w:r>
    </w:p>
    <w:p>
      <w:pPr>
        <w:keepNext/>
        <w:spacing w:before="0" w:after="120"/>
      </w:pPr>
      <w:r>
        <w:rPr>
          <w:rFonts w:ascii="Arial" w:hAnsi="Arial"/>
          <w:b w:val="0"/>
          <w:i/>
          <w:color w:val="3164FF"/>
          <w:sz w:val="21"/>
        </w:rPr>
        <w:t>Kurzer Überblick über die Themen und Tagesordnungspunkte der Besprechung.</w:t>
      </w:r>
    </w:p>
    <w:tbl>
      <w:tblPr>
        <w:tblStyle w:val="TableGrid"/>
        <w:tblW w:type="dxa" w:w="104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200"/>
        <w:gridCol w:w="2800"/>
        <w:gridCol w:w="1200"/>
        <w:gridCol w:w="1200"/>
      </w:tblGrid>
      <w:tr>
        <w:trPr>
          <w:trHeight w:val="547" w:hRule="atLeast"/>
          <w:tblHeader w:val="true"/>
        </w:trPr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TAGESORDNUNGSPUNKT</w:t>
            </w:r>
          </w:p>
        </w:tc>
        <w:tc>
          <w:tcPr>
            <w:tcW w:type="dxa" w:w="2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VERANTWORTLICH / PRÄSENTIERT VON</w:t>
            </w:r>
          </w:p>
        </w:tc>
        <w:tc>
          <w:tcPr>
            <w:tcW w:type="dxa" w:w="1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BEGINN</w:t>
            </w:r>
          </w:p>
        </w:tc>
        <w:tc>
          <w:tcPr>
            <w:tcW w:type="dxa" w:w="1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DAUER</w:t>
            </w:r>
          </w:p>
        </w:tc>
      </w:tr>
      <w:tr>
        <w:trPr>
          <w:trHeight w:val="461" w:hRule="atLeast"/>
        </w:trPr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461" w:hRule="atLeast"/>
        </w:trPr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461" w:hRule="atLeast"/>
        </w:trPr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461" w:hRule="atLeast"/>
        </w:trPr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461" w:hRule="atLeast"/>
        </w:trPr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461" w:hRule="atLeast"/>
        </w:trPr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461" w:hRule="atLeast"/>
        </w:trPr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461" w:hRule="atLeast"/>
        </w:trPr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</w:tbl>
    <w:p>
      <w:pPr>
        <w:pStyle w:val="Heading1"/>
        <w:keepNext/>
        <w:spacing w:before="160" w:after="60"/>
      </w:pPr>
      <w:r>
        <w:rPr>
          <w:rFonts w:ascii="Arial" w:hAnsi="Arial"/>
          <w:b w:val="0"/>
          <w:i w:val="0"/>
          <w:color w:val="3164FF"/>
          <w:sz w:val="33"/>
        </w:rPr>
        <w:t>3. RÜCKBLICK AUF DIE VORHERIGE BESPRECHUNG</w:t>
      </w:r>
    </w:p>
    <w:p>
      <w:pPr>
        <w:keepNext/>
        <w:spacing w:before="0" w:after="120"/>
      </w:pPr>
      <w:r>
        <w:rPr>
          <w:rFonts w:ascii="Arial" w:hAnsi="Arial"/>
          <w:b w:val="0"/>
          <w:i/>
          <w:color w:val="3164FF"/>
          <w:sz w:val="21"/>
        </w:rPr>
        <w:t>Fasse wichtige Diskussionen und Aufgaben aus der vorherigen Besprechung zusammen. Ergänze den aktuellen Status offener Aufgaben.</w:t>
      </w:r>
    </w:p>
    <w:tbl>
      <w:tblPr>
        <w:tblStyle w:val="TableGrid"/>
        <w:tblW w:type="dxa" w:w="108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800"/>
      </w:tblGrid>
      <w:tr>
        <w:trPr>
          <w:trHeight w:val="547" w:hRule="atLeast"/>
          <w:tblHeader w:val="true"/>
        </w:trPr>
        <w:tc>
          <w:tcPr>
            <w:tcW w:type="dxa" w:w="10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ZUSAMMENFASSUNG</w:t>
            </w:r>
          </w:p>
        </w:tc>
      </w:tr>
      <w:tr>
        <w:trPr>
          <w:trHeight w:val="792" w:hRule="atLeast"/>
        </w:trPr>
        <w:tc>
          <w:tcPr>
            <w:tcW w:type="dxa" w:w="10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</w:tbl>
    <w:p>
      <w:pPr>
        <w:spacing w:before="0" w:after="0" w:line="80" w:lineRule="exact"/>
      </w:pPr>
      <w:r/>
    </w:p>
    <w:tbl>
      <w:tblPr>
        <w:tblStyle w:val="TableGrid"/>
        <w:tblW w:type="dxa" w:w="104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200"/>
        <w:gridCol w:w="2700"/>
        <w:gridCol w:w="2500"/>
      </w:tblGrid>
      <w:tr>
        <w:trPr>
          <w:trHeight w:val="547" w:hRule="atLeast"/>
          <w:tblHeader w:val="true"/>
        </w:trPr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AUFGABE UND STATUSAKTUALISIERUNG</w:t>
            </w:r>
          </w:p>
        </w:tc>
        <w:tc>
          <w:tcPr>
            <w:tcW w:type="dxa" w:w="27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VERANTWORTLICH</w:t>
            </w:r>
          </w:p>
        </w:tc>
        <w:tc>
          <w:tcPr>
            <w:tcW w:type="dxa" w:w="25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STATUS</w:t>
            </w:r>
          </w:p>
        </w:tc>
      </w:tr>
      <w:tr>
        <w:trPr>
          <w:trHeight w:val="605" w:hRule="atLeast"/>
        </w:trPr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7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5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605" w:hRule="atLeast"/>
        </w:trPr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7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5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605" w:hRule="atLeast"/>
        </w:trPr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7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5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605" w:hRule="atLeast"/>
        </w:trPr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7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5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</w:tbl>
    <w:p>
      <w:pPr>
        <w:pStyle w:val="Heading1"/>
        <w:keepNext/>
        <w:spacing w:before="160" w:after="60"/>
      </w:pPr>
      <w:r>
        <w:rPr>
          <w:rFonts w:ascii="Arial" w:hAnsi="Arial"/>
          <w:b w:val="0"/>
          <w:i w:val="0"/>
          <w:color w:val="3164FF"/>
          <w:sz w:val="33"/>
        </w:rPr>
        <w:t>4. BESPRECHUNGSPUNKTE</w:t>
      </w:r>
    </w:p>
    <w:p>
      <w:pPr>
        <w:keepNext/>
        <w:spacing w:before="0" w:after="120"/>
      </w:pPr>
      <w:r>
        <w:rPr>
          <w:rFonts w:ascii="Arial" w:hAnsi="Arial"/>
          <w:b w:val="0"/>
          <w:i/>
          <w:color w:val="3164FF"/>
          <w:sz w:val="21"/>
        </w:rPr>
        <w:t>Dokumentiere die zentralen Punkte zu jedem Tagesordnungspunkt. Halte wichtige Informationen, Entscheidungen und präsentierte Unterlagen fest.</w:t>
      </w:r>
    </w:p>
    <w:tbl>
      <w:tblPr>
        <w:tblStyle w:val="TableGrid"/>
        <w:tblW w:type="dxa" w:w="104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200"/>
        <w:gridCol w:w="5200"/>
      </w:tblGrid>
      <w:tr>
        <w:trPr>
          <w:trHeight w:val="547" w:hRule="atLeast"/>
          <w:tblHeader w:val="true"/>
        </w:trPr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TAGESORDNUNGSPUNKT</w:t>
            </w:r>
          </w:p>
        </w:tc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BESPRECHUNGSNOTIZEN</w:t>
            </w:r>
          </w:p>
        </w:tc>
      </w:tr>
      <w:tr>
        <w:trPr>
          <w:trHeight w:val="605" w:hRule="atLeast"/>
        </w:trPr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605" w:hRule="atLeast"/>
        </w:trPr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605" w:hRule="atLeast"/>
        </w:trPr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605" w:hRule="atLeast"/>
        </w:trPr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605" w:hRule="atLeast"/>
        </w:trPr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</w:tbl>
    <w:p>
      <w:r>
        <w:br w:type="page"/>
      </w:r>
    </w:p>
    <w:p>
      <w:pPr>
        <w:pStyle w:val="Heading1"/>
        <w:keepNext/>
        <w:spacing w:before="160" w:after="60"/>
      </w:pPr>
      <w:r>
        <w:rPr>
          <w:rFonts w:ascii="Arial" w:hAnsi="Arial"/>
          <w:b w:val="0"/>
          <w:i w:val="0"/>
          <w:color w:val="3164FF"/>
          <w:sz w:val="33"/>
        </w:rPr>
        <w:t>5. AUFGABEN UND MASSNAHMEN</w:t>
      </w:r>
    </w:p>
    <w:p>
      <w:pPr>
        <w:keepNext/>
        <w:spacing w:before="0" w:after="120"/>
      </w:pPr>
      <w:r>
        <w:rPr>
          <w:rFonts w:ascii="Arial" w:hAnsi="Arial"/>
          <w:b w:val="0"/>
          <w:i/>
          <w:color w:val="3164FF"/>
          <w:sz w:val="21"/>
        </w:rPr>
        <w:t>Liste die im Meeting vereinbarten Aufgaben auf. Ergänze für jede Aufgabe die verantwortliche Person, die Frist und übernommene Punkte aus früheren Meetings.</w:t>
      </w:r>
    </w:p>
    <w:tbl>
      <w:tblPr>
        <w:tblStyle w:val="TableGrid"/>
        <w:tblW w:type="dxa" w:w="104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300"/>
        <w:gridCol w:w="2700"/>
        <w:gridCol w:w="2400"/>
      </w:tblGrid>
      <w:tr>
        <w:trPr>
          <w:trHeight w:val="547" w:hRule="atLeast"/>
          <w:tblHeader w:val="true"/>
        </w:trPr>
        <w:tc>
          <w:tcPr>
            <w:tcW w:type="dxa" w:w="53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AUFGABE / MASSNAHME</w:t>
            </w:r>
          </w:p>
        </w:tc>
        <w:tc>
          <w:tcPr>
            <w:tcW w:type="dxa" w:w="27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VERANTWORTLICH</w:t>
            </w:r>
          </w:p>
        </w:tc>
        <w:tc>
          <w:tcPr>
            <w:tcW w:type="dxa" w:w="24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FRIST</w:t>
            </w:r>
          </w:p>
        </w:tc>
      </w:tr>
      <w:tr>
        <w:trPr>
          <w:trHeight w:val="605" w:hRule="atLeast"/>
        </w:trPr>
        <w:tc>
          <w:tcPr>
            <w:tcW w:type="dxa" w:w="53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7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4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605" w:hRule="atLeast"/>
        </w:trPr>
        <w:tc>
          <w:tcPr>
            <w:tcW w:type="dxa" w:w="53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7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4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605" w:hRule="atLeast"/>
        </w:trPr>
        <w:tc>
          <w:tcPr>
            <w:tcW w:type="dxa" w:w="53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7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4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605" w:hRule="atLeast"/>
        </w:trPr>
        <w:tc>
          <w:tcPr>
            <w:tcW w:type="dxa" w:w="53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7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4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605" w:hRule="atLeast"/>
        </w:trPr>
        <w:tc>
          <w:tcPr>
            <w:tcW w:type="dxa" w:w="53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7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4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605" w:hRule="atLeast"/>
        </w:trPr>
        <w:tc>
          <w:tcPr>
            <w:tcW w:type="dxa" w:w="53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7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4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</w:tbl>
    <w:p>
      <w:pPr>
        <w:pStyle w:val="Heading1"/>
        <w:keepNext/>
        <w:spacing w:before="160" w:after="60"/>
      </w:pPr>
      <w:r>
        <w:rPr>
          <w:rFonts w:ascii="Arial" w:hAnsi="Arial"/>
          <w:b w:val="0"/>
          <w:i w:val="0"/>
          <w:color w:val="3164FF"/>
          <w:sz w:val="33"/>
        </w:rPr>
        <w:t>6. GETROFFENE ENTSCHEIDUNGEN</w:t>
      </w:r>
    </w:p>
    <w:p>
      <w:pPr>
        <w:keepNext/>
        <w:spacing w:before="0" w:after="120"/>
      </w:pPr>
      <w:r>
        <w:rPr>
          <w:rFonts w:ascii="Arial" w:hAnsi="Arial"/>
          <w:b w:val="0"/>
          <w:i/>
          <w:color w:val="3164FF"/>
          <w:sz w:val="21"/>
        </w:rPr>
        <w:t>Beschreibe die im Meeting getroffenen Entscheidungen knapp und eindeutig. Ergänze bei Bedarf Begründung oder Kontext.</w:t>
      </w:r>
    </w:p>
    <w:tbl>
      <w:tblPr>
        <w:tblStyle w:val="TableGrid"/>
        <w:tblW w:type="dxa" w:w="108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800"/>
      </w:tblGrid>
      <w:tr>
        <w:trPr>
          <w:trHeight w:val="547" w:hRule="atLeast"/>
          <w:tblHeader w:val="true"/>
        </w:trPr>
        <w:tc>
          <w:tcPr>
            <w:tcW w:type="dxa" w:w="10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ENTSCHEIDUNGEN</w:t>
            </w:r>
          </w:p>
        </w:tc>
      </w:tr>
      <w:tr>
        <w:trPr>
          <w:trHeight w:val="490" w:hRule="atLeast"/>
        </w:trPr>
        <w:tc>
          <w:tcPr>
            <w:tcW w:type="dxa" w:w="10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490" w:hRule="atLeast"/>
        </w:trPr>
        <w:tc>
          <w:tcPr>
            <w:tcW w:type="dxa" w:w="10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490" w:hRule="atLeast"/>
        </w:trPr>
        <w:tc>
          <w:tcPr>
            <w:tcW w:type="dxa" w:w="10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490" w:hRule="atLeast"/>
        </w:trPr>
        <w:tc>
          <w:tcPr>
            <w:tcW w:type="dxa" w:w="10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490" w:hRule="atLeast"/>
        </w:trPr>
        <w:tc>
          <w:tcPr>
            <w:tcW w:type="dxa" w:w="10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</w:tbl>
    <w:p>
      <w:r>
        <w:br w:type="page"/>
      </w:r>
    </w:p>
    <w:p>
      <w:pPr>
        <w:pStyle w:val="Heading1"/>
        <w:keepNext/>
        <w:spacing w:before="160" w:after="60"/>
      </w:pPr>
      <w:r>
        <w:rPr>
          <w:rFonts w:ascii="Arial" w:hAnsi="Arial"/>
          <w:b w:val="0"/>
          <w:i w:val="0"/>
          <w:color w:val="3164FF"/>
          <w:sz w:val="33"/>
        </w:rPr>
        <w:t>7. RISIKEN UND PROBLEME</w:t>
      </w:r>
    </w:p>
    <w:p>
      <w:pPr>
        <w:keepNext/>
        <w:spacing w:before="0" w:after="120"/>
      </w:pPr>
      <w:r>
        <w:rPr>
          <w:rFonts w:ascii="Arial" w:hAnsi="Arial"/>
          <w:b w:val="0"/>
          <w:i/>
          <w:color w:val="3164FF"/>
          <w:sz w:val="21"/>
        </w:rPr>
        <w:t>Dokumentiere neue Risiken oder Probleme aus dem Meeting und ergänze geeignete Gegenmaßnahmen.</w:t>
      </w:r>
    </w:p>
    <w:tbl>
      <w:tblPr>
        <w:tblStyle w:val="TableGrid"/>
        <w:tblW w:type="dxa" w:w="104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200"/>
        <w:gridCol w:w="5200"/>
      </w:tblGrid>
      <w:tr>
        <w:trPr>
          <w:trHeight w:val="547" w:hRule="atLeast"/>
          <w:tblHeader w:val="true"/>
        </w:trPr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RISIKO ODER PROBLEM</w:t>
            </w:r>
          </w:p>
        </w:tc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GEGENMASSNAHME</w:t>
            </w:r>
          </w:p>
        </w:tc>
      </w:tr>
      <w:tr>
        <w:trPr>
          <w:trHeight w:val="518" w:hRule="atLeast"/>
        </w:trPr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518" w:hRule="atLeast"/>
        </w:trPr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518" w:hRule="atLeast"/>
        </w:trPr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518" w:hRule="atLeast"/>
        </w:trPr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518" w:hRule="atLeast"/>
        </w:trPr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</w:tbl>
    <w:p>
      <w:pPr>
        <w:pStyle w:val="Heading1"/>
        <w:keepNext/>
        <w:spacing w:before="160" w:after="60"/>
      </w:pPr>
      <w:r>
        <w:rPr>
          <w:rFonts w:ascii="Arial" w:hAnsi="Arial"/>
          <w:b w:val="0"/>
          <w:i w:val="0"/>
          <w:color w:val="3164FF"/>
          <w:sz w:val="33"/>
        </w:rPr>
        <w:t>8. NÄCHSTE SCHRITTE</w:t>
      </w:r>
    </w:p>
    <w:p>
      <w:pPr>
        <w:keepNext/>
        <w:spacing w:before="0" w:after="120"/>
      </w:pPr>
      <w:r>
        <w:rPr>
          <w:rFonts w:ascii="Arial" w:hAnsi="Arial"/>
          <w:b w:val="0"/>
          <w:i/>
          <w:color w:val="3164FF"/>
          <w:sz w:val="21"/>
        </w:rPr>
        <w:t>Fasse die vereinbarten nächsten Schritte zusammen. Nenne Aufgaben, die vor der nächsten Besprechung erledigt werden sollen.</w:t>
      </w:r>
    </w:p>
    <w:tbl>
      <w:tblPr>
        <w:tblStyle w:val="TableGrid"/>
        <w:tblW w:type="dxa" w:w="108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800"/>
      </w:tblGrid>
      <w:tr>
        <w:trPr>
          <w:trHeight w:val="547" w:hRule="atLeast"/>
          <w:tblHeader w:val="true"/>
        </w:trPr>
        <w:tc>
          <w:tcPr>
            <w:tcW w:type="dxa" w:w="10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NÄCHSTE SCHRITTE</w:t>
            </w:r>
          </w:p>
        </w:tc>
      </w:tr>
      <w:tr>
        <w:trPr>
          <w:trHeight w:val="518" w:hRule="atLeast"/>
        </w:trPr>
        <w:tc>
          <w:tcPr>
            <w:tcW w:type="dxa" w:w="10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518" w:hRule="atLeast"/>
        </w:trPr>
        <w:tc>
          <w:tcPr>
            <w:tcW w:type="dxa" w:w="10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518" w:hRule="atLeast"/>
        </w:trPr>
        <w:tc>
          <w:tcPr>
            <w:tcW w:type="dxa" w:w="10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518" w:hRule="atLeast"/>
        </w:trPr>
        <w:tc>
          <w:tcPr>
            <w:tcW w:type="dxa" w:w="10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518" w:hRule="atLeast"/>
        </w:trPr>
        <w:tc>
          <w:tcPr>
            <w:tcW w:type="dxa" w:w="10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</w:tbl>
    <w:p>
      <w:r>
        <w:br w:type="page"/>
      </w:r>
    </w:p>
    <w:p>
      <w:pPr>
        <w:pStyle w:val="Heading1"/>
        <w:keepNext/>
        <w:spacing w:before="160" w:after="60"/>
      </w:pPr>
      <w:r>
        <w:rPr>
          <w:rFonts w:ascii="Arial" w:hAnsi="Arial"/>
          <w:b w:val="0"/>
          <w:i w:val="0"/>
          <w:color w:val="3164FF"/>
          <w:sz w:val="33"/>
        </w:rPr>
        <w:t>9. WEITERE THEMEN</w:t>
      </w:r>
    </w:p>
    <w:p>
      <w:pPr>
        <w:keepNext/>
        <w:spacing w:before="0" w:after="120"/>
      </w:pPr>
      <w:r>
        <w:rPr>
          <w:rFonts w:ascii="Arial" w:hAnsi="Arial"/>
          <w:b w:val="0"/>
          <w:i/>
          <w:color w:val="3164FF"/>
          <w:sz w:val="21"/>
        </w:rPr>
        <w:t>Halte zusätzliche Themen fest, die nicht auf der ursprünglichen Tagesordnung standen. Ergänze eine kurze Beschreibung und das Ergebnis.</w:t>
      </w:r>
    </w:p>
    <w:tbl>
      <w:tblPr>
        <w:tblStyle w:val="TableGrid"/>
        <w:tblW w:type="dxa" w:w="104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800"/>
        <w:gridCol w:w="5100"/>
        <w:gridCol w:w="2500"/>
      </w:tblGrid>
      <w:tr>
        <w:trPr>
          <w:trHeight w:val="547" w:hRule="atLeast"/>
          <w:tblHeader w:val="true"/>
        </w:trPr>
        <w:tc>
          <w:tcPr>
            <w:tcW w:type="dxa" w:w="2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WEITERES THEMA</w:t>
            </w:r>
          </w:p>
        </w:tc>
        <w:tc>
          <w:tcPr>
            <w:tcW w:type="dxa" w:w="51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BESCHREIBUNG</w:t>
            </w:r>
          </w:p>
        </w:tc>
        <w:tc>
          <w:tcPr>
            <w:tcW w:type="dxa" w:w="25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ERGEBNIS</w:t>
            </w:r>
          </w:p>
        </w:tc>
      </w:tr>
      <w:tr>
        <w:trPr>
          <w:trHeight w:val="691" w:hRule="atLeast"/>
        </w:trPr>
        <w:tc>
          <w:tcPr>
            <w:tcW w:type="dxa" w:w="2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51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5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691" w:hRule="atLeast"/>
        </w:trPr>
        <w:tc>
          <w:tcPr>
            <w:tcW w:type="dxa" w:w="2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51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5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691" w:hRule="atLeast"/>
        </w:trPr>
        <w:tc>
          <w:tcPr>
            <w:tcW w:type="dxa" w:w="2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51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5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691" w:hRule="atLeast"/>
        </w:trPr>
        <w:tc>
          <w:tcPr>
            <w:tcW w:type="dxa" w:w="2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51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5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691" w:hRule="atLeast"/>
        </w:trPr>
        <w:tc>
          <w:tcPr>
            <w:tcW w:type="dxa" w:w="2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51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5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</w:tbl>
    <w:p>
      <w:pPr>
        <w:pStyle w:val="Heading1"/>
        <w:keepNext/>
        <w:spacing w:before="160" w:after="60"/>
      </w:pPr>
      <w:r>
        <w:rPr>
          <w:rFonts w:ascii="Arial" w:hAnsi="Arial"/>
          <w:b w:val="0"/>
          <w:i w:val="0"/>
          <w:color w:val="3164FF"/>
          <w:sz w:val="33"/>
        </w:rPr>
        <w:t>10. ANSTEHENDE MEILENSTEINE</w:t>
      </w:r>
    </w:p>
    <w:p>
      <w:pPr>
        <w:keepNext/>
        <w:spacing w:before="0" w:after="120"/>
      </w:pPr>
      <w:r>
        <w:rPr>
          <w:rFonts w:ascii="Arial" w:hAnsi="Arial"/>
          <w:b w:val="0"/>
          <w:i/>
          <w:color w:val="3164FF"/>
          <w:sz w:val="21"/>
        </w:rPr>
        <w:t>Notiere wichtige Projektmeilensteine, Fristen oder anstehende Ereignisse.</w:t>
      </w:r>
    </w:p>
    <w:tbl>
      <w:tblPr>
        <w:tblStyle w:val="TableGrid"/>
        <w:tblW w:type="dxa" w:w="108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800"/>
      </w:tblGrid>
      <w:tr>
        <w:trPr>
          <w:trHeight w:val="547" w:hRule="atLeast"/>
          <w:tblHeader w:val="true"/>
        </w:trPr>
        <w:tc>
          <w:tcPr>
            <w:tcW w:type="dxa" w:w="10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MEILENSTEINE</w:t>
            </w:r>
          </w:p>
        </w:tc>
      </w:tr>
      <w:tr>
        <w:trPr>
          <w:trHeight w:val="547" w:hRule="atLeast"/>
        </w:trPr>
        <w:tc>
          <w:tcPr>
            <w:tcW w:type="dxa" w:w="10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547" w:hRule="atLeast"/>
        </w:trPr>
        <w:tc>
          <w:tcPr>
            <w:tcW w:type="dxa" w:w="10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547" w:hRule="atLeast"/>
        </w:trPr>
        <w:tc>
          <w:tcPr>
            <w:tcW w:type="dxa" w:w="10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547" w:hRule="atLeast"/>
        </w:trPr>
        <w:tc>
          <w:tcPr>
            <w:tcW w:type="dxa" w:w="10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547" w:hRule="atLeast"/>
        </w:trPr>
        <w:tc>
          <w:tcPr>
            <w:tcW w:type="dxa" w:w="10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</w:tbl>
    <w:p>
      <w:r>
        <w:br w:type="page"/>
      </w:r>
    </w:p>
    <w:p>
      <w:pPr>
        <w:pStyle w:val="Heading1"/>
        <w:keepNext/>
        <w:spacing w:before="160" w:after="60"/>
      </w:pPr>
      <w:r>
        <w:rPr>
          <w:rFonts w:ascii="Arial" w:hAnsi="Arial"/>
          <w:b w:val="0"/>
          <w:i w:val="0"/>
          <w:color w:val="3164FF"/>
          <w:sz w:val="33"/>
        </w:rPr>
        <w:t>11. ABSCHLUSS DER BESPRECHUNG</w:t>
      </w:r>
    </w:p>
    <w:p>
      <w:pPr>
        <w:keepNext/>
        <w:spacing w:before="0" w:after="120"/>
      </w:pPr>
      <w:r>
        <w:rPr>
          <w:rFonts w:ascii="Arial" w:hAnsi="Arial"/>
          <w:b w:val="0"/>
          <w:i/>
          <w:color w:val="3164FF"/>
          <w:sz w:val="21"/>
        </w:rPr>
        <w:t>Fasse die Besprechung kurz zusammen. Bestätige Datum, Uhrzeit und Ort der nächsten Besprechung sowie vorher zu verteilende Unterlagen.</w:t>
      </w:r>
    </w:p>
    <w:tbl>
      <w:tblPr>
        <w:tblStyle w:val="TableGrid"/>
        <w:tblW w:type="dxa" w:w="104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4800"/>
        <w:gridCol w:w="5600"/>
      </w:tblGrid>
      <w:tr>
        <w:trPr>
          <w:trHeight w:val="547" w:hRule="atLeast"/>
          <w:tblHeader w:val="true"/>
        </w:trPr>
        <w:tc>
          <w:tcPr>
            <w:tcW w:type="dxa" w:w="10400"/>
            <w:gridSpan w:val="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ABSCHLUSS / ZUSAMMENFASSUNG</w:t>
            </w:r>
          </w:p>
        </w:tc>
      </w:tr>
      <w:tr>
        <w:trPr>
          <w:trHeight w:val="662" w:hRule="atLeast"/>
        </w:trPr>
        <w:tc>
          <w:tcPr>
            <w:tcW w:type="dxa" w:w="10400"/>
            <w:gridSpan w:val="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</w:tbl>
    <w:p>
      <w:pPr>
        <w:spacing w:before="0" w:after="0" w:line="100" w:lineRule="exact"/>
      </w:pPr>
      <w:r/>
    </w:p>
    <w:tbl>
      <w:tblPr>
        <w:tblStyle w:val="TableGrid"/>
        <w:tblW w:type="dxa" w:w="104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4800"/>
        <w:gridCol w:w="5600"/>
      </w:tblGrid>
      <w:tr>
        <w:trPr>
          <w:trHeight w:val="547" w:hRule="atLeast"/>
          <w:tblHeader w:val="true"/>
        </w:trPr>
        <w:tc>
          <w:tcPr>
            <w:tcW w:type="dxa" w:w="4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DATUM DER NÄCHSTEN BESPRECHUNG</w:t>
            </w:r>
          </w:p>
        </w:tc>
        <w:tc>
          <w:tcPr>
            <w:tcW w:type="dxa" w:w="56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NÄCHSTE BESPRECHUNG / ORT</w:t>
            </w:r>
          </w:p>
        </w:tc>
      </w:tr>
      <w:tr>
        <w:trPr>
          <w:trHeight w:val="576" w:hRule="atLeast"/>
        </w:trPr>
        <w:tc>
          <w:tcPr>
            <w:tcW w:type="dxa" w:w="4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56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</w:tbl>
    <w:p>
      <w:pPr>
        <w:pStyle w:val="Heading1"/>
        <w:keepNext/>
        <w:spacing w:before="160" w:after="60"/>
      </w:pPr>
      <w:r>
        <w:rPr>
          <w:rFonts w:ascii="Arial" w:hAnsi="Arial"/>
          <w:b w:val="0"/>
          <w:i w:val="0"/>
          <w:color w:val="3164FF"/>
          <w:sz w:val="33"/>
        </w:rPr>
        <w:t>12. ANLAGEN UND UNTERSTÜTZENDE UNTERLAGEN</w:t>
      </w:r>
    </w:p>
    <w:p>
      <w:pPr>
        <w:keepNext/>
        <w:spacing w:before="0" w:after="120"/>
      </w:pPr>
      <w:r>
        <w:rPr>
          <w:rFonts w:ascii="Arial" w:hAnsi="Arial"/>
          <w:b w:val="0"/>
          <w:i/>
          <w:color w:val="3164FF"/>
          <w:sz w:val="21"/>
        </w:rPr>
        <w:t>Verlinke oder benenne relevante Dokumente, Präsentationen oder Berichte aus der Besprechung.</w:t>
      </w:r>
    </w:p>
    <w:tbl>
      <w:tblPr>
        <w:tblStyle w:val="TableGrid"/>
        <w:tblW w:type="dxa" w:w="108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800"/>
      </w:tblGrid>
      <w:tr>
        <w:trPr>
          <w:trHeight w:val="547" w:hRule="atLeast"/>
          <w:tblHeader w:val="true"/>
        </w:trPr>
        <w:tc>
          <w:tcPr>
            <w:tcW w:type="dxa" w:w="10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UNTERLAGEN / LINKS</w:t>
            </w:r>
          </w:p>
        </w:tc>
      </w:tr>
      <w:tr>
        <w:trPr>
          <w:trHeight w:val="605" w:hRule="atLeast"/>
        </w:trPr>
        <w:tc>
          <w:tcPr>
            <w:tcW w:type="dxa" w:w="108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</w:tbl>
    <w:p>
      <w:pPr>
        <w:pStyle w:val="Heading1"/>
        <w:keepNext/>
        <w:spacing w:before="160" w:after="60"/>
      </w:pPr>
      <w:r>
        <w:rPr>
          <w:rFonts w:ascii="Arial" w:hAnsi="Arial"/>
          <w:b w:val="0"/>
          <w:i w:val="0"/>
          <w:color w:val="3164FF"/>
          <w:sz w:val="33"/>
        </w:rPr>
        <w:t>13. FREIGABE UND UNTERSCHRIFTEN</w:t>
      </w:r>
    </w:p>
    <w:p>
      <w:pPr>
        <w:keepNext/>
        <w:spacing w:before="0" w:after="120"/>
      </w:pPr>
      <w:r>
        <w:rPr>
          <w:rFonts w:ascii="Arial" w:hAnsi="Arial"/>
          <w:b w:val="0"/>
          <w:i/>
          <w:color w:val="3164FF"/>
          <w:sz w:val="21"/>
        </w:rPr>
        <w:t>Unterschreibe unten, um das Besprechungsprotokoll freizugeben.</w:t>
      </w:r>
    </w:p>
    <w:tbl>
      <w:tblPr>
        <w:tblStyle w:val="TableGrid"/>
        <w:tblW w:type="dxa" w:w="104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200"/>
        <w:gridCol w:w="5200"/>
      </w:tblGrid>
      <w:tr>
        <w:trPr>
          <w:trHeight w:val="547" w:hRule="atLeast"/>
          <w:tblHeader w:val="true"/>
        </w:trPr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NAME DER TEILNEHMENDEN PERSON</w:t>
            </w:r>
          </w:p>
        </w:tc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shd w:fill="D8DE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1F2937"/>
                <w:sz w:val="19"/>
              </w:rPr>
              <w:t>UNTERSCHRIFT</w:t>
            </w:r>
          </w:p>
        </w:tc>
      </w:tr>
      <w:tr>
        <w:trPr>
          <w:trHeight w:val="605" w:hRule="atLeast"/>
        </w:trPr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605" w:hRule="atLeast"/>
        </w:trPr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605" w:hRule="atLeast"/>
        </w:trPr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  <w:tr>
        <w:trPr>
          <w:trHeight w:val="605" w:hRule="atLeast"/>
        </w:trPr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520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691" w:right="720" w:bottom="691" w:left="720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b w:val="0"/>
        <w:i w:val="0"/>
        <w:color w:val="667085"/>
        <w:sz w:val="16"/>
      </w:rPr>
      <w:t>Projektdokumentation - Vorlage für Projektbesprechungen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/>
      <w:color w:val="1F293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 w:val="0"/>
      <w:bCs/>
      <w:color w:val="3164FF"/>
      <w:sz w:val="3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Projektdokumentation - Vorlage für Projektbesprechungen</dc:title>
  <dc:subject>Leere Vorlage für Projektmeetings, Entscheidungen, Risiken und Maßnahmen</dc:subject>
  <dc:creator>Notta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