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w="http://schemas.openxmlformats.org/wordprocessingml/2006/main" ns1:Ignorable="w14 wp14">
  <w:body>
    <w:p>
      <w:pPr>
        <w:spacing w:after="0"/>
        <w:jc w:val="right"/>
      </w:pPr>
      <w:r>
        <w:rPr>
          <w:b/>
          <w:color w:val="505050"/>
          <w:sz w:val="16"/>
        </w:rPr>
        <w:t>KLIK.CZ</w:t>
      </w:r>
    </w:p>
    <w:p>
      <w:pPr>
        <w:spacing w:before="0" w:after="20"/>
        <w:jc w:val="center"/>
      </w:pPr>
      <w:r>
        <w:rPr>
          <w:b/>
          <w:sz w:val="30"/>
        </w:rPr>
        <w:t>ODSTOUPENÍ OD KUPNÍ SMLOUVY NA VOZIDLO</w:t>
      </w:r>
    </w:p>
    <w:p>
      <w:pPr>
        <w:spacing w:after="80"/>
        <w:jc w:val="center"/>
      </w:pPr>
      <w:r>
        <w:rPr>
          <w:i/>
          <w:color w:val="5A5A5A"/>
          <w:sz w:val="17"/>
        </w:rPr>
        <w:t>z důvodu vady vozidla</w:t>
      </w:r>
    </w:p>
    <w:p>
      <w:pPr>
        <w:spacing w:before="40" w:after="40"/>
      </w:pPr>
      <w:r>
        <w:rPr>
          <w:b/>
          <w:sz w:val="21"/>
        </w:rPr>
        <w:t>1. Kupující</w:t>
      </w:r>
    </w:p>
    <w:p>
      <w:pPr>
        <w:spacing w:after="20"/>
      </w:pPr>
      <w:r>
        <w:rPr>
          <w:b/>
        </w:rPr>
        <w:t xml:space="preserve">Jméno a příjmení / název </w:t>
      </w:r>
      <w:r>
        <w:t>____________________________________________________________________</w:t>
      </w:r>
    </w:p>
    <w:p>
      <w:pPr>
        <w:spacing w:after="20"/>
      </w:pPr>
      <w:r>
        <w:rPr>
          <w:b/>
        </w:rPr>
        <w:t xml:space="preserve">Datum narození / IČO </w:t>
      </w:r>
      <w:r>
        <w:t>________________________________________________________________________</w:t>
      </w:r>
    </w:p>
    <w:p>
      <w:pPr>
        <w:spacing w:after="20"/>
      </w:pPr>
      <w:r>
        <w:rPr>
          <w:b/>
        </w:rPr>
        <w:t xml:space="preserve">Adresa trvalého pobytu / sídla </w:t>
      </w:r>
      <w:r>
        <w:t>______________________________________________________________</w:t>
      </w:r>
    </w:p>
    <w:p>
      <w:pPr>
        <w:spacing w:after="20"/>
      </w:pPr>
      <w:r>
        <w:rPr>
          <w:b/>
        </w:rPr>
        <w:t xml:space="preserve">Telefon / e-mail </w:t>
      </w:r>
      <w:r>
        <w:t>____________________________________________________________________________</w:t>
      </w:r>
    </w:p>
    <w:p>
      <w:pPr>
        <w:spacing w:before="40" w:after="40"/>
      </w:pPr>
      <w:r>
        <w:rPr>
          <w:b/>
          <w:sz w:val="21"/>
        </w:rPr>
        <w:t>2. Prodávající</w:t>
      </w:r>
    </w:p>
    <w:p>
      <w:pPr>
        <w:spacing w:after="20"/>
      </w:pPr>
      <w:r>
        <w:rPr>
          <w:b/>
        </w:rPr>
        <w:t xml:space="preserve">Jméno a příjmení / název </w:t>
      </w:r>
      <w:r>
        <w:t>____________________________________________________________________</w:t>
      </w:r>
    </w:p>
    <w:p>
      <w:pPr>
        <w:spacing w:after="20"/>
      </w:pPr>
      <w:r>
        <w:rPr>
          <w:b/>
        </w:rPr>
        <w:t xml:space="preserve">Datum narození / IČO </w:t>
      </w:r>
      <w:r>
        <w:t>________________________________________________________________________</w:t>
      </w:r>
    </w:p>
    <w:p>
      <w:pPr>
        <w:spacing w:after="20"/>
      </w:pPr>
      <w:r>
        <w:rPr>
          <w:b/>
        </w:rPr>
        <w:t xml:space="preserve">Adresa trvalého pobytu / sídla </w:t>
      </w:r>
      <w:r>
        <w:t>______________________________________________________________</w:t>
      </w:r>
    </w:p>
    <w:p>
      <w:pPr>
        <w:spacing w:before="40" w:after="40"/>
      </w:pPr>
      <w:r>
        <w:rPr>
          <w:b/>
          <w:sz w:val="21"/>
        </w:rPr>
        <w:t>3. Kupní smlouva a vozidlo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Datum uzavření kupní smlouvy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Datum převzetí vozidla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Kupní cena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Značka a model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VIN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Registrační značka (RZ)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2948"/>
            <w:shd w:fill="F4F4F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Stav tachometru při převzetí</w:t>
            </w:r>
          </w:p>
        </w:tc>
        <w:tc>
          <w:tcPr>
            <w:tcW w:type="dxa" w:w="7087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40" w:after="40"/>
      </w:pPr>
      <w:r>
        <w:rPr>
          <w:b/>
          <w:sz w:val="21"/>
        </w:rPr>
        <w:t>4. Vada vozidla</w:t>
      </w:r>
    </w:p>
    <w:p>
      <w:pPr>
        <w:spacing w:after="20"/>
      </w:pPr>
      <w:r>
        <w:rPr>
          <w:b/>
        </w:rPr>
        <w:t xml:space="preserve">Popis vady a jak se projevuje </w:t>
      </w:r>
      <w:r>
        <w:t>_______________________________________________________________</w:t>
      </w:r>
    </w:p>
    <w:p>
      <w:pPr>
        <w:spacing w:after="20"/>
      </w:pPr>
      <w:r>
        <w:rPr>
          <w:b/>
        </w:rPr>
        <w:t xml:space="preserve"/>
      </w:r>
      <w:r>
        <w:t>____________________________________________________________________________________________</w:t>
      </w:r>
    </w:p>
    <w:p>
      <w:pPr>
        <w:spacing w:after="20"/>
      </w:pPr>
      <w:r>
        <w:rPr>
          <w:b/>
        </w:rPr>
        <w:t xml:space="preserve">Kdy byla vada zjištěna </w:t>
      </w:r>
      <w:r>
        <w:t>______________________________________________________________________</w:t>
      </w:r>
    </w:p>
    <w:p>
      <w:pPr>
        <w:spacing w:after="20"/>
      </w:pPr>
      <w:r>
        <w:rPr>
          <w:b/>
        </w:rPr>
        <w:t xml:space="preserve">Kdy a jak byla vada prodávajícímu oznámena (reklamována) </w:t>
      </w:r>
      <w:r>
        <w:t>____________________________________</w:t>
      </w:r>
    </w:p>
    <w:p>
      <w:pPr>
        <w:spacing w:before="40" w:after="40"/>
      </w:pPr>
      <w:r>
        <w:rPr>
          <w:b/>
          <w:sz w:val="21"/>
        </w:rPr>
        <w:t>5. Důvod odstoupení</w:t>
      </w:r>
    </w:p>
    <w:p>
      <w:pPr>
        <w:spacing w:after="40"/>
      </w:pPr>
      <w:r>
        <w:t>☐ vada je podstatným porušením smlouvy</w:t>
      </w:r>
    </w:p>
    <w:p>
      <w:pPr>
        <w:spacing w:after="40"/>
      </w:pPr>
      <w:r>
        <w:t>☐ vada se projevuje opakovaně</w:t>
      </w:r>
    </w:p>
    <w:p>
      <w:pPr>
        <w:spacing w:after="40"/>
      </w:pPr>
      <w:r>
        <w:t>☐ prodávající vadu odmítl odstranit nebo ji neodstranil v přiměřené době</w:t>
      </w:r>
    </w:p>
    <w:p>
      <w:pPr>
        <w:spacing w:after="40"/>
      </w:pPr>
      <w:r>
        <w:t>☐ prodávající nevyřídil reklamaci do 30 dnů (jen při koupi od podnikatele)</w:t>
      </w:r>
    </w:p>
    <w:p>
      <w:pPr>
        <w:spacing w:after="40"/>
      </w:pPr>
      <w:r>
        <w:t>☐ jiný důvod: ____________________________________________________________</w:t>
      </w:r>
    </w:p>
    <w:p>
      <w:pPr>
        <w:spacing w:before="40" w:after="40"/>
      </w:pPr>
      <w:r>
        <w:rPr>
          <w:b/>
          <w:sz w:val="21"/>
        </w:rPr>
        <w:t>6. Prohlášení kupujícího</w:t>
      </w:r>
    </w:p>
    <w:p>
      <w:pPr>
        <w:spacing w:after="40"/>
      </w:pPr>
      <w:r>
        <w:t xml:space="preserve">Kupující tímto odstupuje od výše uvedené kupní smlouvy a žádá o vrácení kupní ceny ve výši ______________ Kč</w:t>
      </w:r>
    </w:p>
    <w:p>
      <w:pPr>
        <w:spacing w:after="40"/>
      </w:pPr>
      <w:r>
        <w:t>☐ na bankovní účet č. ______________________     ☐ jiným způsobem: ______________________</w:t>
      </w:r>
    </w:p>
    <w:p>
      <w:pPr>
        <w:spacing w:after="40"/>
      </w:pPr>
      <w:r>
        <w:t xml:space="preserve">Vozidlo kupující předá prodávajícímu po dohodě dne ______________ v místě ______________________________.</w:t>
      </w:r>
    </w:p>
    <w:p>
      <w:pPr>
        <w:spacing w:before="40" w:after="40"/>
      </w:pPr>
      <w:r>
        <w:rPr>
          <w:b/>
          <w:sz w:val="21"/>
        </w:rPr>
        <w:t>7. Přílohy</w:t>
      </w:r>
    </w:p>
    <w:p>
      <w:pPr>
        <w:spacing w:after="40"/>
      </w:pPr>
      <w:r>
        <w:t>☐ kopie kupní smlouvy     ☐ reklamační protokol     ☐ vyjádření servisu nebo znalecký posudek</w:t>
      </w:r>
    </w:p>
    <w:p>
      <w:pPr>
        <w:spacing w:after="40"/>
      </w:pPr>
      <w:r>
        <w:t>☐ fotografie     ☐ jiné: ______________________</w:t>
      </w:r>
    </w:p>
    <w:p>
      <w:pPr>
        <w:spacing w:before="40" w:after="40"/>
      </w:pPr>
      <w:r>
        <w:rPr>
          <w:b/>
          <w:sz w:val="21"/>
        </w:rPr>
        <w:t>8. Podpis kupujícího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V __________________ dne ______________</w:t>
            </w:r>
          </w:p>
        </w:tc>
        <w:tc>
          <w:tcPr>
            <w:tcW w:type="dxa" w:w="5213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Podpis kupujícího: __________________________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3F4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 xml:space="preserve">Poznámka: </w:t>
            </w:r>
            <w:r>
              <w:rPr>
                <w:sz w:val="16"/>
              </w:rPr>
              <w:t>Odstoupení doručte prodávajícímu prokazatelně, například doporučeným dopisem nebo datovou schránkou, a ponechte si kopii. Vzor slouží k odstoupení kvůli vadě vozidla. Při odstoupení do 14 dnů od smlouvy uzavřené s podnikatelem na dálku nebo mimo obchodní prostory se důvod neuvádí.</w:t>
            </w:r>
          </w:p>
        </w:tc>
      </w:tr>
    </w:tbl>
    <w:sectPr w:rsidR="00FC693F" w:rsidRPr="0006063C" w:rsidSect="00034616">
      <w:pgSz w:w="12240" w:h="15840"/>
      <w:pgMar w:top="567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Odstoupení od kupní smlouvy na vozidlo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